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00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Borde de triángulo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77F00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069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Borde de triángulos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