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00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Borde de punto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63946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069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Borde de puntos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