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teratu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Litera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