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teratu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Literatu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