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912" w:before="0" w:after="1778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Literatura de cuaderno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Comic Sans MS" w:hAnsi="Comic Sans MS" w:cs="Comic Sans MS" w:eastAsia="Comic Sans MS"/>
          <w:b/>
          <w:i w:val="0"/>
          <w:color w:val="FFFFFF"/>
          <w:sz w:val="76"/>
        </w:rPr>
        <w:t>Literatura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Nombre: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Grado y grupo: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Escuela: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Profesor(a):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Fecha: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2240" w:h="15840"/>
      <w:pgMar w:top="4754" w:right="2203" w:bottom="360" w:left="2203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Literatura de cuaderno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