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D405B"/>
          <w:sz w:val="72"/>
        </w:rPr>
        <w:t>Título del lib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ut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ditorial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