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bro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Título del libro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Autor(a):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Editorial: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