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963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Libro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Título del libro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Autor(a):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Editorial: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Año: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5039" w:right="2143" w:bottom="360" w:left="214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Libro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