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enguaje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Lenguaje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Gestión: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Lenguaje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