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91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Lenguaje para colorear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000000"/>
          <w:sz w:val="72"/>
        </w:rPr>
        <w:t>Lenguaje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Curso: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Colegio: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Profesor(a):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Gestión: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sectPr w:rsidR="00FC693F" w:rsidRPr="0006063C" w:rsidSect="00034616">
      <w:pgSz w:w="12240" w:h="15840"/>
      <w:pgMar w:top="7725" w:right="2031" w:bottom="360" w:left="2031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Lenguaje para colorear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