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Lengua y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Literatura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