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Lengua y Litera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8F2D56"/>
          <w:sz w:val="88"/>
        </w:rPr>
        <w:t>Lengua y Literatura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Lengua y Literatura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