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 y Literatur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Lengua y Literatura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y Literatura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