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n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81A7"/>
          <w:sz w:val="72"/>
        </w:rPr>
        <w:t>Junio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