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ni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0B5D7C"/>
          <w:sz w:val="72"/>
        </w:rPr>
        <w:t>Junio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Junio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