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Juli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00A896"/>
          <w:sz w:val="76"/>
        </w:rPr>
        <w:t>Julio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Julio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