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35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Julio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Julio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306" w:right="1714" w:bottom="360" w:left="171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Julio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