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li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A896"/>
          <w:sz w:val="88"/>
        </w:rPr>
        <w:t>Julio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