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1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Julio para colorear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Comic Sans MS" w:hAnsi="Comic Sans MS" w:cs="Comic Sans MS" w:eastAsia="Comic Sans MS"/>
          <w:b/>
          <w:i w:val="0"/>
          <w:color w:val="000000"/>
          <w:sz w:val="72"/>
        </w:rPr>
        <w:t>Julio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Nombre: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Grado y grupo: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Escuela: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Profesor(a):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Comic Sans MS" w:hAnsi="Comic Sans MS" w:cs="Comic Sans MS" w:eastAsia="Comic Sans MS"/>
          <w:b/>
          <w:i w:val="0"/>
          <w:color w:val="000000"/>
          <w:sz w:val="26"/>
        </w:rPr>
        <w:t xml:space="preserve">Fecha: </w:t>
      </w:r>
      <w:r>
        <w:rPr>
          <w:rFonts w:ascii="Comic Sans MS" w:hAnsi="Comic Sans MS" w:cs="Comic Sans MS" w:eastAsia="Comic Sans MS"/>
          <w:b w:val="0"/>
          <w:i w:val="0"/>
          <w:color w:val="000000"/>
          <w:sz w:val="26"/>
        </w:rPr>
        <w:t>Escribe aquí</w:t>
      </w:r>
    </w:p>
    <w:sectPr w:rsidR="00FC693F" w:rsidRPr="0006063C" w:rsidSect="00034616">
      <w:pgSz w:w="12240" w:h="15840"/>
      <w:pgMar w:top="7725" w:right="2031" w:bottom="360" w:left="203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Julio para colorear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