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glé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Inglés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Inglés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