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forme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Informe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Tema: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