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nformátic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Informática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Informática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