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6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De lo Humano y lo Comunitario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De lo Humano y lo</w:t>
        <w:br/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Comunitario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De lo Humano y lo Comunitario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