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istori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Historia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