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Histori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Histori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Histori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