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istori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8C5A2B"/>
          <w:sz w:val="88"/>
        </w:rPr>
        <w:t>Historia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Historia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