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Histori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Histori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istori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