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Herbario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386641"/>
          <w:sz w:val="72"/>
        </w:rPr>
        <w:t>Herbario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7392" w:right="2147" w:bottom="360" w:left="214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Herbario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