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erbari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Herbario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