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erbar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Herbario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