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erbari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Herbario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Herbario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