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Herbari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Herbario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