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allowee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Halloween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Halloween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