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allowee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Halloween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