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alloween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A580C"/>
          <w:sz w:val="76"/>
        </w:rPr>
        <w:t>Halloween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