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alloween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Halloween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Halloween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