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metr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Geometría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