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Geometr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Geometría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Geometría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