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grafí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Geografía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Geografía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