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1056" w:before="0" w:after="2350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Física minimalist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23272E"/>
          <w:sz w:val="88"/>
        </w:rPr>
        <w:t>Física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Nombre: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Grado y grupo: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Escuela: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Profesor(a):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p>
      <w:pPr>
        <w:spacing w:lineRule="exact" w:line="600" w:before="0" w:after="0"/>
      </w:pPr>
      <w:r>
        <w:rPr>
          <w:rFonts w:ascii="Georgia" w:hAnsi="Georgia" w:cs="Georgia" w:eastAsia="Georgia"/>
          <w:b/>
          <w:i w:val="0"/>
          <w:color w:val="2B2F36"/>
          <w:sz w:val="26"/>
        </w:rPr>
        <w:t xml:space="preserve">Fecha: </w:t>
      </w:r>
      <w:r>
        <w:rPr>
          <w:rFonts w:ascii="Georgia" w:hAnsi="Georgia" w:cs="Georgia" w:eastAsia="Georgia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5306" w:right="1714" w:bottom="360" w:left="171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Física minimalista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