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2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Física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Física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1906" w:h="16838"/>
      <w:pgMar w:top="8194" w:right="1988" w:bottom="360" w:left="1988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Física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