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ilosofí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Filosofía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Filosofía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