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ilosofí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Filosofía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Universidad: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Filosofía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