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32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Filosofía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5A3E36"/>
          <w:sz w:val="88"/>
        </w:rPr>
        <w:t>Filosofía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Universidad: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Filosofía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