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ilosof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Filosofía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