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ilosofí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Filosofía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