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ebre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62246"/>
          <w:sz w:val="72"/>
        </w:rPr>
        <w:t>Febrero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