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ebrer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Febrero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