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tudios Social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Estudios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Sociales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