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tudios Sociale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Estudios Sociales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